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ודילמה 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יומיומיים הקשורים למידות כמו תודה, כבוד והתנצלות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קטנות בלי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תגובה מכבדת במצבים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לגשת ולומר תודה גם באיחור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לתרגל מצבים חברתיים ולחשוב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להתנצל ולהסביר שלא התכוונו לפגוע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לומר מה חשבנו בצורה מכבדת ועוזרת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להבחין אם מישהו צריך עזרה או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בדילמות יש לרוב כמה דרכים אפשריות לחשוב ולנהוג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תודה מאוחרת עדיין מראה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לכבד מישהו גם כשחושבים אחרת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התנצלות טובה היא גם מילים וגם 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משוב בעדינות הוא כן ומכבד, לא הסתרה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תשומת לב לא חייבת להיות מעשה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לערך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(התנצלות ותיקון)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(שימת לב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(משוב בעדינות)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בהתנצלות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שפגענו במישהו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לומר שאנחנו מצטערים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מה היינו צריכים לעשות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לנסות לתקן את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לשים לב שלא לחזור על אותה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קצר והצעה לתקן על ידי אמירת תודה מאוחרת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ניסוח מכבד שמציין את הבעיה בלי להעליב, למשל הצעה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מהחיים כמו עזרה בשיעורי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בעדינות מתמקד בעזרה ולא בפגיעה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אנשים שונים ונסיבות שונות משפיעות על הבחירה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חלק מהכרטיסים בתפקידים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בחלק מהשאלות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והסידור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ודילמה 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מצבים קטנים מהיום-יום בבית הספר, כמו אלה שמופיעים בכרטיסי המשחק: תודה, כבוד הדדי, התנצלות, משוב בעדינות ושימת לב לאחר.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נועם לא הספיק להגיד תודה למורה. מה הכי נכון שיעשה?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שהמורה תזכיר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לגשת ולומר תודה גם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תודה רק אם מישהו רואה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כרטיסי המשחק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לבחון ידע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מצבים חברתיים ולחשוב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לשנן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תחרותי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כשחבר נעלב ממשהו שאמרנו,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להתנצל ולהסביר שלא התכוונו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שהוא נעלב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שזאת רק בדיחה ולא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משוב בעדינות?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מה חשבנו בצורה מכבדת ועוזרת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רק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לשים לב לאחר?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על מי לרכל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להבחין אם מישהו צריך עזרה או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המורה צריכה לשים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קטנה תמיד יש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תודה גם באיחור, זה עדיף מלא להגיד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הדדי אומר שצריך להסכים עם כולם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התנצלות אמיתית כוללת גם ניסיון לתקן את מה שקרה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בעדינות אומר לומר רק דברים טובים ולהסתיר בעיות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שימת לב לאחר יכולה להתבטא בדבר קטן כמו לשאול מה שלומו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כשמישהו עוזר לנו, נהוג לומר 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כשפגענו במישהו בטעות, אפשר לבקש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מה שלום חבר, כדאי לשים __________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כשחושבים אחרת, אפשר להתייחס בצורה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בלי תשובה אחת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כשאומרים למישהו מה חשבנו על מעשה שלו בעדינות,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המצב לערך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נועם שכח להגיד תודה למורה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 אמר דבר פוגע בטעות וביקש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 ילדים חושבים אחרת ומדברים בנימוס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התנצלות ותיקון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 לכיתה שמה לב שמישהו עצוב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משוב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אומר בעדינות מה הפריע לו בלי לכעוס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שימת לב לאחר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 בהתנצלות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היינו צריכים לעשות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שפגענו במישהו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שאנחנו מצטערים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שלא לחזור על אותה טעות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לתקן את המצב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מצב קטן מבית הספר בו מישהו שכח להגיד תודה, ומה הוא יכול לעשות עכשיו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למשוב בעדינות שאפשר לתת לחבר שעשה טעות בעבודה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חשוב לומר תודה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משוב בעדינות לבין ביקורת פוגעת?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לדילמה קטנה יכולות להיות כמה תשובות נכונות?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משחק תפקידים ודילמה 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